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4E3A8D" w14:textId="77777777" w:rsidR="00267DB5" w:rsidRDefault="00CE662A">
      <w:pPr>
        <w:jc w:val="center"/>
      </w:pPr>
      <w:r>
        <w:rPr>
          <w:b/>
          <w:sz w:val="24"/>
        </w:rPr>
        <w:t>Helping Hands Christian Childcare</w:t>
      </w:r>
      <w:r>
        <w:rPr>
          <w:b/>
          <w:sz w:val="24"/>
        </w:rPr>
        <w:br/>
      </w:r>
      <w:r>
        <w:rPr>
          <w:b/>
          <w:sz w:val="32"/>
        </w:rPr>
        <w:t>MENU RECORD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706"/>
        <w:gridCol w:w="3705"/>
        <w:gridCol w:w="3705"/>
        <w:gridCol w:w="3706"/>
      </w:tblGrid>
      <w:tr w:rsidR="00267DB5" w14:paraId="373EB635" w14:textId="77777777">
        <w:trPr>
          <w:jc w:val="center"/>
        </w:trPr>
        <w:tc>
          <w:tcPr>
            <w:tcW w:w="3708" w:type="dxa"/>
          </w:tcPr>
          <w:p w14:paraId="3E292617" w14:textId="77777777" w:rsidR="00267DB5" w:rsidRDefault="00CE662A">
            <w:r>
              <w:rPr>
                <w:b/>
              </w:rPr>
              <w:t>Name of Center:</w:t>
            </w:r>
          </w:p>
        </w:tc>
        <w:tc>
          <w:tcPr>
            <w:tcW w:w="3708" w:type="dxa"/>
          </w:tcPr>
          <w:p w14:paraId="4BA7055D" w14:textId="77777777" w:rsidR="00267DB5" w:rsidRDefault="00CE662A">
            <w:r>
              <w:t>Helping Hands Christian Childcare</w:t>
            </w:r>
          </w:p>
        </w:tc>
        <w:tc>
          <w:tcPr>
            <w:tcW w:w="3708" w:type="dxa"/>
          </w:tcPr>
          <w:p w14:paraId="6185A5C9" w14:textId="77777777" w:rsidR="00267DB5" w:rsidRDefault="00CE662A">
            <w:r>
              <w:rPr>
                <w:b/>
              </w:rPr>
              <w:t>Month:</w:t>
            </w:r>
          </w:p>
        </w:tc>
        <w:tc>
          <w:tcPr>
            <w:tcW w:w="3708" w:type="dxa"/>
          </w:tcPr>
          <w:p w14:paraId="5F360A87" w14:textId="77777777" w:rsidR="00267DB5" w:rsidRDefault="00CE662A">
            <w:r>
              <w:t>__________</w:t>
            </w:r>
          </w:p>
        </w:tc>
      </w:tr>
      <w:tr w:rsidR="00267DB5" w14:paraId="34BFC1F2" w14:textId="77777777">
        <w:trPr>
          <w:jc w:val="center"/>
        </w:trPr>
        <w:tc>
          <w:tcPr>
            <w:tcW w:w="3708" w:type="dxa"/>
          </w:tcPr>
          <w:p w14:paraId="7BE0EEEF" w14:textId="77777777" w:rsidR="00267DB5" w:rsidRDefault="00CE662A">
            <w:r>
              <w:rPr>
                <w:b/>
              </w:rPr>
              <w:t>Site/Room:</w:t>
            </w:r>
          </w:p>
        </w:tc>
        <w:tc>
          <w:tcPr>
            <w:tcW w:w="3708" w:type="dxa"/>
          </w:tcPr>
          <w:p w14:paraId="7F3B454D" w14:textId="77777777" w:rsidR="00267DB5" w:rsidRDefault="00CE662A">
            <w:r>
              <w:t>Pre-K, Pre-school, Toddler, Before &amp; After Program</w:t>
            </w:r>
          </w:p>
        </w:tc>
        <w:tc>
          <w:tcPr>
            <w:tcW w:w="3708" w:type="dxa"/>
          </w:tcPr>
          <w:p w14:paraId="1FDE8C31" w14:textId="77777777" w:rsidR="00267DB5" w:rsidRDefault="00CE662A">
            <w:r>
              <w:rPr>
                <w:b/>
              </w:rPr>
              <w:t>Program:</w:t>
            </w:r>
          </w:p>
        </w:tc>
        <w:tc>
          <w:tcPr>
            <w:tcW w:w="3708" w:type="dxa"/>
          </w:tcPr>
          <w:p w14:paraId="37B4F8F6" w14:textId="77777777" w:rsidR="00267DB5" w:rsidRDefault="00CE662A">
            <w:r>
              <w:t>Michigan Department of Education</w:t>
            </w:r>
            <w:r>
              <w:br/>
              <w:t>Child and Adult Care Food Program</w:t>
            </w:r>
          </w:p>
        </w:tc>
      </w:tr>
    </w:tbl>
    <w:p w14:paraId="3B802CD1" w14:textId="77777777" w:rsidR="00267DB5" w:rsidRDefault="00267DB5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470"/>
        <w:gridCol w:w="2470"/>
        <w:gridCol w:w="2470"/>
        <w:gridCol w:w="2471"/>
        <w:gridCol w:w="2471"/>
        <w:gridCol w:w="2470"/>
      </w:tblGrid>
      <w:tr w:rsidR="00267DB5" w:rsidRPr="00594D97" w14:paraId="0DB2EA9E" w14:textId="77777777">
        <w:trPr>
          <w:jc w:val="center"/>
        </w:trPr>
        <w:tc>
          <w:tcPr>
            <w:tcW w:w="2472" w:type="dxa"/>
            <w:vAlign w:val="center"/>
          </w:tcPr>
          <w:p w14:paraId="3F4427D7" w14:textId="77777777" w:rsidR="00267DB5" w:rsidRPr="00594D97" w:rsidRDefault="00CE662A">
            <w:pPr>
              <w:jc w:val="center"/>
              <w:rPr>
                <w:sz w:val="22"/>
                <w:szCs w:val="32"/>
              </w:rPr>
            </w:pPr>
            <w:r w:rsidRPr="00594D97">
              <w:rPr>
                <w:b/>
                <w:sz w:val="22"/>
                <w:szCs w:val="32"/>
              </w:rPr>
              <w:t>Meal / Required Components</w:t>
            </w:r>
          </w:p>
        </w:tc>
        <w:tc>
          <w:tcPr>
            <w:tcW w:w="2472" w:type="dxa"/>
            <w:vAlign w:val="center"/>
          </w:tcPr>
          <w:p w14:paraId="34B93BBF" w14:textId="77777777" w:rsidR="00267DB5" w:rsidRPr="00594D97" w:rsidRDefault="00CE662A">
            <w:pPr>
              <w:jc w:val="center"/>
              <w:rPr>
                <w:sz w:val="22"/>
                <w:szCs w:val="32"/>
              </w:rPr>
            </w:pPr>
            <w:r w:rsidRPr="00594D97">
              <w:rPr>
                <w:b/>
                <w:sz w:val="22"/>
                <w:szCs w:val="32"/>
              </w:rPr>
              <w:t>DATE: 8/31</w:t>
            </w:r>
          </w:p>
        </w:tc>
        <w:tc>
          <w:tcPr>
            <w:tcW w:w="2472" w:type="dxa"/>
            <w:vAlign w:val="center"/>
          </w:tcPr>
          <w:p w14:paraId="4135E3A8" w14:textId="77777777" w:rsidR="00267DB5" w:rsidRPr="00594D97" w:rsidRDefault="00CE662A">
            <w:pPr>
              <w:jc w:val="center"/>
              <w:rPr>
                <w:sz w:val="22"/>
                <w:szCs w:val="32"/>
              </w:rPr>
            </w:pPr>
            <w:r w:rsidRPr="00594D97">
              <w:rPr>
                <w:b/>
                <w:sz w:val="22"/>
                <w:szCs w:val="32"/>
              </w:rPr>
              <w:t>DATE: 9/1</w:t>
            </w:r>
          </w:p>
        </w:tc>
        <w:tc>
          <w:tcPr>
            <w:tcW w:w="2472" w:type="dxa"/>
            <w:vAlign w:val="center"/>
          </w:tcPr>
          <w:p w14:paraId="4B6B72A1" w14:textId="77777777" w:rsidR="00267DB5" w:rsidRPr="00594D97" w:rsidRDefault="00CE662A">
            <w:pPr>
              <w:jc w:val="center"/>
              <w:rPr>
                <w:sz w:val="22"/>
                <w:szCs w:val="32"/>
              </w:rPr>
            </w:pPr>
            <w:r w:rsidRPr="00594D97">
              <w:rPr>
                <w:b/>
                <w:sz w:val="22"/>
                <w:szCs w:val="32"/>
              </w:rPr>
              <w:t>DATE: 9/2</w:t>
            </w:r>
          </w:p>
        </w:tc>
        <w:tc>
          <w:tcPr>
            <w:tcW w:w="2472" w:type="dxa"/>
            <w:vAlign w:val="center"/>
          </w:tcPr>
          <w:p w14:paraId="74197914" w14:textId="77777777" w:rsidR="00267DB5" w:rsidRPr="00594D97" w:rsidRDefault="00CE662A">
            <w:pPr>
              <w:jc w:val="center"/>
              <w:rPr>
                <w:sz w:val="22"/>
                <w:szCs w:val="32"/>
              </w:rPr>
            </w:pPr>
            <w:r w:rsidRPr="00594D97">
              <w:rPr>
                <w:b/>
                <w:sz w:val="22"/>
                <w:szCs w:val="32"/>
              </w:rPr>
              <w:t>DATE: 9/3</w:t>
            </w:r>
          </w:p>
        </w:tc>
        <w:tc>
          <w:tcPr>
            <w:tcW w:w="2472" w:type="dxa"/>
            <w:vAlign w:val="center"/>
          </w:tcPr>
          <w:p w14:paraId="1046F85E" w14:textId="77777777" w:rsidR="00267DB5" w:rsidRPr="00594D97" w:rsidRDefault="00CE662A">
            <w:pPr>
              <w:jc w:val="center"/>
              <w:rPr>
                <w:sz w:val="22"/>
                <w:szCs w:val="32"/>
              </w:rPr>
            </w:pPr>
            <w:r w:rsidRPr="00594D97">
              <w:rPr>
                <w:b/>
                <w:sz w:val="22"/>
                <w:szCs w:val="32"/>
              </w:rPr>
              <w:t>DATE: 9/4</w:t>
            </w:r>
          </w:p>
        </w:tc>
      </w:tr>
      <w:tr w:rsidR="00267DB5" w:rsidRPr="00594D97" w14:paraId="4C961E4E" w14:textId="77777777" w:rsidTr="00594D97">
        <w:trPr>
          <w:trHeight w:val="1817"/>
          <w:jc w:val="center"/>
        </w:trPr>
        <w:tc>
          <w:tcPr>
            <w:tcW w:w="2472" w:type="dxa"/>
          </w:tcPr>
          <w:p w14:paraId="23DF7948" w14:textId="77777777" w:rsidR="00267DB5" w:rsidRPr="00594D97" w:rsidRDefault="00CE662A">
            <w:pPr>
              <w:rPr>
                <w:sz w:val="22"/>
                <w:szCs w:val="32"/>
              </w:rPr>
            </w:pPr>
            <w:r w:rsidRPr="00594D97">
              <w:rPr>
                <w:sz w:val="22"/>
                <w:szCs w:val="32"/>
              </w:rPr>
              <w:t>BREAKFAST</w:t>
            </w:r>
            <w:r w:rsidRPr="00594D97">
              <w:rPr>
                <w:sz w:val="22"/>
                <w:szCs w:val="32"/>
              </w:rPr>
              <w:br/>
              <w:t>1. Fluid Milk</w:t>
            </w:r>
            <w:r w:rsidRPr="00594D97">
              <w:rPr>
                <w:sz w:val="22"/>
                <w:szCs w:val="32"/>
              </w:rPr>
              <w:br/>
              <w:t>2. Fruit, Vegetable, or Juice</w:t>
            </w:r>
            <w:r w:rsidRPr="00594D97">
              <w:rPr>
                <w:sz w:val="22"/>
                <w:szCs w:val="32"/>
              </w:rPr>
              <w:br/>
              <w:t>3. Grain/Bread</w:t>
            </w:r>
            <w:r w:rsidRPr="00594D97">
              <w:rPr>
                <w:sz w:val="22"/>
                <w:szCs w:val="32"/>
              </w:rPr>
              <w:br/>
              <w:t>4. Other/Combination Foods</w:t>
            </w:r>
          </w:p>
        </w:tc>
        <w:tc>
          <w:tcPr>
            <w:tcW w:w="2472" w:type="dxa"/>
          </w:tcPr>
          <w:p w14:paraId="4F3C7661" w14:textId="77777777" w:rsidR="00267DB5" w:rsidRPr="00594D97" w:rsidRDefault="00CE662A">
            <w:pPr>
              <w:rPr>
                <w:sz w:val="22"/>
                <w:szCs w:val="32"/>
              </w:rPr>
            </w:pPr>
            <w:r w:rsidRPr="00594D97">
              <w:rPr>
                <w:sz w:val="22"/>
                <w:szCs w:val="32"/>
              </w:rPr>
              <w:t>Milk</w:t>
            </w:r>
            <w:r w:rsidRPr="00594D97">
              <w:rPr>
                <w:sz w:val="22"/>
                <w:szCs w:val="32"/>
              </w:rPr>
              <w:br/>
              <w:t>Cheerios</w:t>
            </w:r>
            <w:r w:rsidRPr="00594D97">
              <w:rPr>
                <w:sz w:val="22"/>
                <w:szCs w:val="32"/>
              </w:rPr>
              <w:br/>
              <w:t>Yogurt</w:t>
            </w:r>
            <w:r w:rsidRPr="00594D97">
              <w:rPr>
                <w:sz w:val="22"/>
                <w:szCs w:val="32"/>
              </w:rPr>
              <w:br/>
              <w:t>Mandarin Oranges</w:t>
            </w:r>
          </w:p>
        </w:tc>
        <w:tc>
          <w:tcPr>
            <w:tcW w:w="2472" w:type="dxa"/>
          </w:tcPr>
          <w:p w14:paraId="5D963C0E" w14:textId="77777777" w:rsidR="00267DB5" w:rsidRPr="00594D97" w:rsidRDefault="00CE662A">
            <w:pPr>
              <w:rPr>
                <w:sz w:val="22"/>
                <w:szCs w:val="32"/>
              </w:rPr>
            </w:pPr>
            <w:r w:rsidRPr="00594D97">
              <w:rPr>
                <w:sz w:val="22"/>
                <w:szCs w:val="32"/>
              </w:rPr>
              <w:t>Milk</w:t>
            </w:r>
            <w:r w:rsidRPr="00594D97">
              <w:rPr>
                <w:sz w:val="22"/>
                <w:szCs w:val="32"/>
              </w:rPr>
              <w:br/>
              <w:t>Oatmeal</w:t>
            </w:r>
            <w:r w:rsidRPr="00594D97">
              <w:rPr>
                <w:sz w:val="22"/>
                <w:szCs w:val="32"/>
              </w:rPr>
              <w:br/>
              <w:t>Toast</w:t>
            </w:r>
            <w:r w:rsidRPr="00594D97">
              <w:rPr>
                <w:sz w:val="22"/>
                <w:szCs w:val="32"/>
              </w:rPr>
              <w:br/>
              <w:t>Peaches</w:t>
            </w:r>
          </w:p>
        </w:tc>
        <w:tc>
          <w:tcPr>
            <w:tcW w:w="2472" w:type="dxa"/>
          </w:tcPr>
          <w:p w14:paraId="678AD69A" w14:textId="77777777" w:rsidR="00267DB5" w:rsidRPr="00594D97" w:rsidRDefault="00CE662A">
            <w:pPr>
              <w:rPr>
                <w:sz w:val="22"/>
                <w:szCs w:val="32"/>
              </w:rPr>
            </w:pPr>
            <w:r w:rsidRPr="00594D97">
              <w:rPr>
                <w:sz w:val="22"/>
                <w:szCs w:val="32"/>
              </w:rPr>
              <w:t>Milk</w:t>
            </w:r>
            <w:r w:rsidRPr="00594D97">
              <w:rPr>
                <w:sz w:val="22"/>
                <w:szCs w:val="32"/>
              </w:rPr>
              <w:br/>
              <w:t>Cheerios</w:t>
            </w:r>
            <w:r w:rsidRPr="00594D97">
              <w:rPr>
                <w:sz w:val="22"/>
                <w:szCs w:val="32"/>
              </w:rPr>
              <w:br/>
              <w:t>Bananas</w:t>
            </w:r>
          </w:p>
        </w:tc>
        <w:tc>
          <w:tcPr>
            <w:tcW w:w="2472" w:type="dxa"/>
          </w:tcPr>
          <w:p w14:paraId="5457B2E7" w14:textId="77777777" w:rsidR="00267DB5" w:rsidRPr="00594D97" w:rsidRDefault="00CE662A">
            <w:pPr>
              <w:rPr>
                <w:sz w:val="22"/>
                <w:szCs w:val="32"/>
              </w:rPr>
            </w:pPr>
            <w:r w:rsidRPr="00594D97">
              <w:rPr>
                <w:sz w:val="22"/>
                <w:szCs w:val="32"/>
              </w:rPr>
              <w:t>Milk</w:t>
            </w:r>
            <w:r w:rsidRPr="00594D97">
              <w:rPr>
                <w:sz w:val="22"/>
                <w:szCs w:val="32"/>
              </w:rPr>
              <w:br/>
              <w:t>Sausage Gravy</w:t>
            </w:r>
            <w:r w:rsidRPr="00594D97">
              <w:rPr>
                <w:sz w:val="22"/>
                <w:szCs w:val="32"/>
              </w:rPr>
              <w:br/>
              <w:t>Biscuits</w:t>
            </w:r>
            <w:r w:rsidRPr="00594D97">
              <w:rPr>
                <w:sz w:val="22"/>
                <w:szCs w:val="32"/>
              </w:rPr>
              <w:br/>
              <w:t>Fruit cocktail</w:t>
            </w:r>
          </w:p>
        </w:tc>
        <w:tc>
          <w:tcPr>
            <w:tcW w:w="2472" w:type="dxa"/>
          </w:tcPr>
          <w:p w14:paraId="43772368" w14:textId="77777777" w:rsidR="00267DB5" w:rsidRPr="00594D97" w:rsidRDefault="00CE662A">
            <w:pPr>
              <w:rPr>
                <w:sz w:val="22"/>
                <w:szCs w:val="32"/>
              </w:rPr>
            </w:pPr>
            <w:r w:rsidRPr="00594D97">
              <w:rPr>
                <w:sz w:val="22"/>
                <w:szCs w:val="32"/>
              </w:rPr>
              <w:t>Milk</w:t>
            </w:r>
            <w:r w:rsidRPr="00594D97">
              <w:rPr>
                <w:sz w:val="22"/>
                <w:szCs w:val="32"/>
              </w:rPr>
              <w:br/>
              <w:t>Cinnamon Raisin Cream Cheese</w:t>
            </w:r>
            <w:r w:rsidRPr="00594D97">
              <w:rPr>
                <w:sz w:val="22"/>
                <w:szCs w:val="32"/>
              </w:rPr>
              <w:br/>
              <w:t>Pineapple</w:t>
            </w:r>
          </w:p>
        </w:tc>
      </w:tr>
      <w:tr w:rsidR="00267DB5" w:rsidRPr="00594D97" w14:paraId="24732914" w14:textId="77777777" w:rsidTr="00594D97">
        <w:trPr>
          <w:trHeight w:val="2321"/>
          <w:jc w:val="center"/>
        </w:trPr>
        <w:tc>
          <w:tcPr>
            <w:tcW w:w="2472" w:type="dxa"/>
          </w:tcPr>
          <w:p w14:paraId="361561CA" w14:textId="77777777" w:rsidR="00267DB5" w:rsidRPr="00594D97" w:rsidRDefault="00CE662A">
            <w:pPr>
              <w:rPr>
                <w:sz w:val="22"/>
                <w:szCs w:val="32"/>
              </w:rPr>
            </w:pPr>
            <w:r w:rsidRPr="00594D97">
              <w:rPr>
                <w:sz w:val="22"/>
                <w:szCs w:val="32"/>
              </w:rPr>
              <w:t>LUNCH</w:t>
            </w:r>
            <w:r w:rsidRPr="00594D97">
              <w:rPr>
                <w:sz w:val="22"/>
                <w:szCs w:val="32"/>
              </w:rPr>
              <w:br/>
              <w:t>1. Fluid Milk</w:t>
            </w:r>
            <w:r w:rsidRPr="00594D97">
              <w:rPr>
                <w:sz w:val="22"/>
                <w:szCs w:val="32"/>
              </w:rPr>
              <w:br/>
              <w:t>2. Meat or Meat Alternate</w:t>
            </w:r>
            <w:r w:rsidRPr="00594D97">
              <w:rPr>
                <w:sz w:val="22"/>
                <w:szCs w:val="32"/>
              </w:rPr>
              <w:br/>
              <w:t>3. Fruit, Vegetable or Juice</w:t>
            </w:r>
            <w:r w:rsidRPr="00594D97">
              <w:rPr>
                <w:sz w:val="22"/>
                <w:szCs w:val="32"/>
              </w:rPr>
              <w:br/>
              <w:t>4. Grain/Bread</w:t>
            </w:r>
            <w:r w:rsidRPr="00594D97">
              <w:rPr>
                <w:sz w:val="22"/>
                <w:szCs w:val="32"/>
              </w:rPr>
              <w:br/>
              <w:t>5. Other/Combination Foods</w:t>
            </w:r>
          </w:p>
        </w:tc>
        <w:tc>
          <w:tcPr>
            <w:tcW w:w="2472" w:type="dxa"/>
          </w:tcPr>
          <w:p w14:paraId="6D5558D9" w14:textId="77777777" w:rsidR="00267DB5" w:rsidRPr="00594D97" w:rsidRDefault="00CE662A">
            <w:pPr>
              <w:rPr>
                <w:sz w:val="22"/>
                <w:szCs w:val="32"/>
              </w:rPr>
            </w:pPr>
            <w:r w:rsidRPr="00594D97">
              <w:rPr>
                <w:sz w:val="22"/>
                <w:szCs w:val="32"/>
              </w:rPr>
              <w:t>Milk</w:t>
            </w:r>
            <w:r w:rsidRPr="00594D97">
              <w:rPr>
                <w:sz w:val="22"/>
                <w:szCs w:val="32"/>
              </w:rPr>
              <w:br/>
              <w:t>Spaghetti w/ meat balls</w:t>
            </w:r>
            <w:r w:rsidRPr="00594D97">
              <w:rPr>
                <w:sz w:val="22"/>
                <w:szCs w:val="32"/>
              </w:rPr>
              <w:br/>
              <w:t>Green Beans</w:t>
            </w:r>
            <w:r w:rsidRPr="00594D97">
              <w:rPr>
                <w:sz w:val="22"/>
                <w:szCs w:val="32"/>
              </w:rPr>
              <w:br/>
              <w:t>Rice, bread</w:t>
            </w:r>
            <w:r w:rsidRPr="00594D97">
              <w:rPr>
                <w:sz w:val="22"/>
                <w:szCs w:val="32"/>
              </w:rPr>
              <w:br/>
              <w:t>Peas</w:t>
            </w:r>
          </w:p>
        </w:tc>
        <w:tc>
          <w:tcPr>
            <w:tcW w:w="2472" w:type="dxa"/>
          </w:tcPr>
          <w:p w14:paraId="7E3E6E32" w14:textId="77777777" w:rsidR="00267DB5" w:rsidRPr="00594D97" w:rsidRDefault="00CE662A">
            <w:pPr>
              <w:rPr>
                <w:sz w:val="22"/>
                <w:szCs w:val="32"/>
              </w:rPr>
            </w:pPr>
            <w:r w:rsidRPr="00594D97">
              <w:rPr>
                <w:sz w:val="22"/>
                <w:szCs w:val="32"/>
              </w:rPr>
              <w:t>Milk</w:t>
            </w:r>
            <w:r w:rsidRPr="00594D97">
              <w:rPr>
                <w:sz w:val="22"/>
                <w:szCs w:val="32"/>
              </w:rPr>
              <w:br/>
              <w:t>Chicken Quesadilla</w:t>
            </w:r>
            <w:r w:rsidRPr="00594D97">
              <w:rPr>
                <w:sz w:val="22"/>
                <w:szCs w:val="32"/>
              </w:rPr>
              <w:br/>
              <w:t>Corn</w:t>
            </w:r>
            <w:r w:rsidRPr="00594D97">
              <w:rPr>
                <w:sz w:val="22"/>
                <w:szCs w:val="32"/>
              </w:rPr>
              <w:br/>
              <w:t>Mandarin Oranges</w:t>
            </w:r>
          </w:p>
        </w:tc>
        <w:tc>
          <w:tcPr>
            <w:tcW w:w="2472" w:type="dxa"/>
          </w:tcPr>
          <w:p w14:paraId="3C166DA0" w14:textId="77777777" w:rsidR="00267DB5" w:rsidRPr="00594D97" w:rsidRDefault="00CE662A">
            <w:pPr>
              <w:rPr>
                <w:sz w:val="22"/>
                <w:szCs w:val="32"/>
              </w:rPr>
            </w:pPr>
            <w:r w:rsidRPr="00594D97">
              <w:rPr>
                <w:sz w:val="22"/>
                <w:szCs w:val="32"/>
              </w:rPr>
              <w:t>Milk</w:t>
            </w:r>
            <w:r w:rsidRPr="00594D97">
              <w:rPr>
                <w:sz w:val="22"/>
                <w:szCs w:val="32"/>
              </w:rPr>
              <w:br/>
              <w:t>Hamburger/Bun</w:t>
            </w:r>
            <w:r w:rsidRPr="00594D97">
              <w:rPr>
                <w:sz w:val="22"/>
                <w:szCs w:val="32"/>
              </w:rPr>
              <w:br/>
              <w:t>Tater Tots</w:t>
            </w:r>
            <w:r w:rsidRPr="00594D97">
              <w:rPr>
                <w:sz w:val="22"/>
                <w:szCs w:val="32"/>
              </w:rPr>
              <w:br/>
              <w:t>Mixed Vegetables</w:t>
            </w:r>
            <w:r w:rsidRPr="00594D97">
              <w:rPr>
                <w:sz w:val="22"/>
                <w:szCs w:val="32"/>
              </w:rPr>
              <w:br/>
              <w:t>Tropical Fruit</w:t>
            </w:r>
          </w:p>
        </w:tc>
        <w:tc>
          <w:tcPr>
            <w:tcW w:w="2472" w:type="dxa"/>
          </w:tcPr>
          <w:p w14:paraId="43785789" w14:textId="77777777" w:rsidR="00267DB5" w:rsidRPr="00594D97" w:rsidRDefault="00CE662A">
            <w:pPr>
              <w:rPr>
                <w:sz w:val="22"/>
                <w:szCs w:val="32"/>
              </w:rPr>
            </w:pPr>
            <w:r w:rsidRPr="00594D97">
              <w:rPr>
                <w:sz w:val="22"/>
                <w:szCs w:val="32"/>
              </w:rPr>
              <w:t>Milk</w:t>
            </w:r>
            <w:r w:rsidRPr="00594D97">
              <w:rPr>
                <w:sz w:val="22"/>
                <w:szCs w:val="32"/>
              </w:rPr>
              <w:br/>
              <w:t>Macaroni &amp; Cheese</w:t>
            </w:r>
            <w:r w:rsidRPr="00594D97">
              <w:rPr>
                <w:sz w:val="22"/>
                <w:szCs w:val="32"/>
              </w:rPr>
              <w:br/>
              <w:t>Chicken</w:t>
            </w:r>
            <w:r w:rsidRPr="00594D97">
              <w:rPr>
                <w:sz w:val="22"/>
                <w:szCs w:val="32"/>
              </w:rPr>
              <w:br/>
              <w:t>Broccoli/Carrots</w:t>
            </w:r>
            <w:r w:rsidRPr="00594D97">
              <w:rPr>
                <w:sz w:val="22"/>
                <w:szCs w:val="32"/>
              </w:rPr>
              <w:br/>
              <w:t>Cauliflower</w:t>
            </w:r>
            <w:r w:rsidRPr="00594D97">
              <w:rPr>
                <w:sz w:val="22"/>
                <w:szCs w:val="32"/>
              </w:rPr>
              <w:br/>
              <w:t>Julio Fruit</w:t>
            </w:r>
          </w:p>
        </w:tc>
        <w:tc>
          <w:tcPr>
            <w:tcW w:w="2472" w:type="dxa"/>
          </w:tcPr>
          <w:p w14:paraId="7AC2F663" w14:textId="77777777" w:rsidR="00267DB5" w:rsidRPr="00594D97" w:rsidRDefault="00CE662A">
            <w:pPr>
              <w:rPr>
                <w:sz w:val="22"/>
                <w:szCs w:val="32"/>
              </w:rPr>
            </w:pPr>
            <w:r w:rsidRPr="00594D97">
              <w:rPr>
                <w:sz w:val="22"/>
                <w:szCs w:val="32"/>
              </w:rPr>
              <w:t>Milk</w:t>
            </w:r>
            <w:r w:rsidRPr="00594D97">
              <w:rPr>
                <w:sz w:val="22"/>
                <w:szCs w:val="32"/>
              </w:rPr>
              <w:br/>
              <w:t>BBQ Pulled Pork</w:t>
            </w:r>
            <w:r w:rsidRPr="00594D97">
              <w:rPr>
                <w:sz w:val="22"/>
                <w:szCs w:val="32"/>
              </w:rPr>
              <w:br/>
              <w:t>Green Beans</w:t>
            </w:r>
            <w:r w:rsidRPr="00594D97">
              <w:rPr>
                <w:sz w:val="22"/>
                <w:szCs w:val="32"/>
              </w:rPr>
              <w:br/>
            </w:r>
            <w:r w:rsidRPr="00594D97">
              <w:rPr>
                <w:sz w:val="22"/>
                <w:szCs w:val="32"/>
              </w:rPr>
              <w:t>Coleslaw</w:t>
            </w:r>
            <w:r w:rsidRPr="00594D97">
              <w:rPr>
                <w:sz w:val="22"/>
                <w:szCs w:val="32"/>
              </w:rPr>
              <w:br/>
              <w:t>Apricots</w:t>
            </w:r>
            <w:r w:rsidRPr="00594D97">
              <w:rPr>
                <w:sz w:val="22"/>
                <w:szCs w:val="32"/>
              </w:rPr>
              <w:br/>
              <w:t>*Mixed Vegetables</w:t>
            </w:r>
            <w:r w:rsidRPr="00594D97">
              <w:rPr>
                <w:sz w:val="22"/>
                <w:szCs w:val="32"/>
              </w:rPr>
              <w:br/>
              <w:t>Potato Chips</w:t>
            </w:r>
          </w:p>
        </w:tc>
      </w:tr>
      <w:tr w:rsidR="00267DB5" w:rsidRPr="00594D97" w14:paraId="00433036" w14:textId="77777777" w:rsidTr="00594D97">
        <w:trPr>
          <w:trHeight w:val="1889"/>
          <w:jc w:val="center"/>
        </w:trPr>
        <w:tc>
          <w:tcPr>
            <w:tcW w:w="2472" w:type="dxa"/>
          </w:tcPr>
          <w:p w14:paraId="70FBBA81" w14:textId="77777777" w:rsidR="00267DB5" w:rsidRPr="00594D97" w:rsidRDefault="00CE662A">
            <w:pPr>
              <w:rPr>
                <w:sz w:val="22"/>
                <w:szCs w:val="32"/>
              </w:rPr>
            </w:pPr>
            <w:r w:rsidRPr="00594D97">
              <w:rPr>
                <w:sz w:val="22"/>
                <w:szCs w:val="32"/>
              </w:rPr>
              <w:t>PM SNACK</w:t>
            </w:r>
            <w:r w:rsidRPr="00594D97">
              <w:rPr>
                <w:sz w:val="22"/>
                <w:szCs w:val="32"/>
              </w:rPr>
              <w:br/>
              <w:t>1. Fluid Milk</w:t>
            </w:r>
            <w:r w:rsidRPr="00594D97">
              <w:rPr>
                <w:sz w:val="22"/>
                <w:szCs w:val="32"/>
              </w:rPr>
              <w:br/>
              <w:t>2. Meat or Meat Alternate</w:t>
            </w:r>
            <w:r w:rsidRPr="00594D97">
              <w:rPr>
                <w:sz w:val="22"/>
                <w:szCs w:val="32"/>
              </w:rPr>
              <w:br/>
              <w:t>3. Fruit, Vegetable, or Juice</w:t>
            </w:r>
            <w:r w:rsidRPr="00594D97">
              <w:rPr>
                <w:sz w:val="22"/>
                <w:szCs w:val="32"/>
              </w:rPr>
              <w:br/>
              <w:t>4. Grain/Bread</w:t>
            </w:r>
          </w:p>
        </w:tc>
        <w:tc>
          <w:tcPr>
            <w:tcW w:w="2472" w:type="dxa"/>
          </w:tcPr>
          <w:p w14:paraId="042EE9B1" w14:textId="77777777" w:rsidR="00267DB5" w:rsidRPr="00594D97" w:rsidRDefault="00CE662A">
            <w:pPr>
              <w:rPr>
                <w:sz w:val="22"/>
                <w:szCs w:val="32"/>
              </w:rPr>
            </w:pPr>
            <w:r w:rsidRPr="00594D97">
              <w:rPr>
                <w:sz w:val="22"/>
                <w:szCs w:val="32"/>
              </w:rPr>
              <w:t>Animal Crackers</w:t>
            </w:r>
            <w:r w:rsidRPr="00594D97">
              <w:rPr>
                <w:sz w:val="22"/>
                <w:szCs w:val="32"/>
              </w:rPr>
              <w:br/>
              <w:t>Cheese Chunks</w:t>
            </w:r>
          </w:p>
        </w:tc>
        <w:tc>
          <w:tcPr>
            <w:tcW w:w="2472" w:type="dxa"/>
          </w:tcPr>
          <w:p w14:paraId="16C7E479" w14:textId="77777777" w:rsidR="00267DB5" w:rsidRPr="00594D97" w:rsidRDefault="00CE662A">
            <w:pPr>
              <w:rPr>
                <w:sz w:val="22"/>
                <w:szCs w:val="32"/>
              </w:rPr>
            </w:pPr>
            <w:r w:rsidRPr="00594D97">
              <w:rPr>
                <w:sz w:val="22"/>
                <w:szCs w:val="32"/>
              </w:rPr>
              <w:t>Brownie Crackers</w:t>
            </w:r>
            <w:r w:rsidRPr="00594D97">
              <w:rPr>
                <w:sz w:val="22"/>
                <w:szCs w:val="32"/>
              </w:rPr>
              <w:br/>
              <w:t>Cheese Sticks</w:t>
            </w:r>
            <w:r w:rsidRPr="00594D97">
              <w:rPr>
                <w:sz w:val="22"/>
                <w:szCs w:val="32"/>
              </w:rPr>
              <w:br/>
              <w:t>Milk</w:t>
            </w:r>
          </w:p>
        </w:tc>
        <w:tc>
          <w:tcPr>
            <w:tcW w:w="2472" w:type="dxa"/>
          </w:tcPr>
          <w:p w14:paraId="0D94C024" w14:textId="77777777" w:rsidR="00267DB5" w:rsidRPr="00594D97" w:rsidRDefault="00CE662A">
            <w:pPr>
              <w:rPr>
                <w:sz w:val="22"/>
                <w:szCs w:val="32"/>
              </w:rPr>
            </w:pPr>
            <w:r w:rsidRPr="00594D97">
              <w:rPr>
                <w:sz w:val="22"/>
                <w:szCs w:val="32"/>
              </w:rPr>
              <w:t>Tortilla Chips</w:t>
            </w:r>
            <w:r w:rsidRPr="00594D97">
              <w:rPr>
                <w:sz w:val="22"/>
                <w:szCs w:val="32"/>
              </w:rPr>
              <w:br/>
              <w:t>Salsa</w:t>
            </w:r>
            <w:r w:rsidRPr="00594D97">
              <w:rPr>
                <w:sz w:val="22"/>
                <w:szCs w:val="32"/>
              </w:rPr>
              <w:br/>
              <w:t>Apple Slices</w:t>
            </w:r>
          </w:p>
        </w:tc>
        <w:tc>
          <w:tcPr>
            <w:tcW w:w="2472" w:type="dxa"/>
          </w:tcPr>
          <w:p w14:paraId="1E9BD1D0" w14:textId="77777777" w:rsidR="00267DB5" w:rsidRPr="00594D97" w:rsidRDefault="00CE662A">
            <w:pPr>
              <w:rPr>
                <w:sz w:val="22"/>
                <w:szCs w:val="32"/>
              </w:rPr>
            </w:pPr>
            <w:r w:rsidRPr="00594D97">
              <w:rPr>
                <w:sz w:val="22"/>
                <w:szCs w:val="32"/>
              </w:rPr>
              <w:t>Chex Mix</w:t>
            </w:r>
            <w:r w:rsidRPr="00594D97">
              <w:rPr>
                <w:sz w:val="22"/>
                <w:szCs w:val="32"/>
              </w:rPr>
              <w:br/>
              <w:t>Pears</w:t>
            </w:r>
          </w:p>
        </w:tc>
        <w:tc>
          <w:tcPr>
            <w:tcW w:w="2472" w:type="dxa"/>
          </w:tcPr>
          <w:p w14:paraId="5ACCDCE5" w14:textId="77777777" w:rsidR="00267DB5" w:rsidRPr="00594D97" w:rsidRDefault="00CE662A">
            <w:pPr>
              <w:rPr>
                <w:sz w:val="22"/>
                <w:szCs w:val="32"/>
              </w:rPr>
            </w:pPr>
            <w:r w:rsidRPr="00594D97">
              <w:rPr>
                <w:sz w:val="22"/>
                <w:szCs w:val="32"/>
              </w:rPr>
              <w:t>Beef Summer Sausage</w:t>
            </w:r>
            <w:r w:rsidRPr="00594D97">
              <w:rPr>
                <w:sz w:val="22"/>
                <w:szCs w:val="32"/>
              </w:rPr>
              <w:br/>
              <w:t>Orange</w:t>
            </w:r>
            <w:r w:rsidRPr="00594D97">
              <w:rPr>
                <w:sz w:val="22"/>
                <w:szCs w:val="32"/>
              </w:rPr>
              <w:br/>
              <w:t>Crackers</w:t>
            </w:r>
          </w:p>
        </w:tc>
      </w:tr>
    </w:tbl>
    <w:p w14:paraId="2C9D3420" w14:textId="77777777" w:rsidR="00267DB5" w:rsidRDefault="00CE662A">
      <w:pPr>
        <w:spacing w:before="60"/>
      </w:pPr>
      <w:r>
        <w:rPr>
          <w:b/>
        </w:rPr>
        <w:t>★ Service 2 of 4 Food Groups ★</w:t>
      </w:r>
      <w:r>
        <w:br/>
        <w:t>USDA is an equal opportunity provider and employer.</w:t>
      </w:r>
    </w:p>
    <w:sectPr w:rsidR="00267DB5" w:rsidSect="00034616">
      <w:pgSz w:w="15840" w:h="12240" w:orient="landscape"/>
      <w:pgMar w:top="504" w:right="504" w:bottom="504" w:left="5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56129405">
    <w:abstractNumId w:val="8"/>
  </w:num>
  <w:num w:numId="2" w16cid:durableId="403335556">
    <w:abstractNumId w:val="6"/>
  </w:num>
  <w:num w:numId="3" w16cid:durableId="373165903">
    <w:abstractNumId w:val="5"/>
  </w:num>
  <w:num w:numId="4" w16cid:durableId="1510366883">
    <w:abstractNumId w:val="4"/>
  </w:num>
  <w:num w:numId="5" w16cid:durableId="272133890">
    <w:abstractNumId w:val="7"/>
  </w:num>
  <w:num w:numId="6" w16cid:durableId="213662609">
    <w:abstractNumId w:val="3"/>
  </w:num>
  <w:num w:numId="7" w16cid:durableId="703753317">
    <w:abstractNumId w:val="2"/>
  </w:num>
  <w:num w:numId="8" w16cid:durableId="1712999925">
    <w:abstractNumId w:val="1"/>
  </w:num>
  <w:num w:numId="9" w16cid:durableId="3556962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67DB5"/>
    <w:rsid w:val="0029639D"/>
    <w:rsid w:val="00306036"/>
    <w:rsid w:val="00326F90"/>
    <w:rsid w:val="00594D97"/>
    <w:rsid w:val="00AA1D8D"/>
    <w:rsid w:val="00B47730"/>
    <w:rsid w:val="00CB0664"/>
    <w:rsid w:val="00CE662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B076FF6"/>
  <w14:defaultImageDpi w14:val="300"/>
  <w15:docId w15:val="{794E457C-FF1C-4780-9033-3F63D3B8E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16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1370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Rachelle Williams</cp:lastModifiedBy>
  <cp:revision>2</cp:revision>
  <cp:lastPrinted>2026-08-28T19:31:00Z</cp:lastPrinted>
  <dcterms:created xsi:type="dcterms:W3CDTF">2026-08-28T19:31:00Z</dcterms:created>
  <dcterms:modified xsi:type="dcterms:W3CDTF">2026-08-28T19:31:00Z</dcterms:modified>
  <cp:category/>
</cp:coreProperties>
</file>